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Competitive analysis template</w:t>
      </w:r>
    </w:p>
    <w:p>
      <w:r>
        <w:t>Before a pricing change, a launch or a fundraise, you need a clear picture of who you compete with and how you differ. This template walks you through it in two parts: a comparison grid you fill in as a spreadsheet, and a short write-up of what the grid means for your next decision.</w:t>
      </w:r>
    </w:p>
    <w:p>
      <w:pPr>
        <w:pStyle w:val="Heading1"/>
      </w:pPr>
      <w:r>
        <w:t>Your competitive set</w:t>
      </w:r>
    </w:p>
    <w:p>
      <w:r>
        <w:rPr>
          <w:i/>
          <w:color w:val="555F6D"/>
        </w:rPr>
        <w:t>Include the competitors buyers compare you with, the alternatives they consider, and what they do if they buy nothing.</w:t>
      </w:r>
    </w:p>
    <w:p>
      <w:pPr>
        <w:pStyle w:val="ListBullet"/>
      </w:pPr>
      <w:r>
        <w:rPr>
          <w:b/>
        </w:rPr>
        <w:t xml:space="preserve">Direct competitors: </w:t>
      </w:r>
      <w:r>
        <w:br/>
      </w:r>
    </w:p>
    <w:p>
      <w:pPr>
        <w:pStyle w:val="ListBullet"/>
      </w:pPr>
      <w:r>
        <w:rPr>
          <w:b/>
        </w:rPr>
        <w:t xml:space="preserve">Other tools buyers consider: </w:t>
      </w:r>
      <w:r>
        <w:br/>
      </w:r>
    </w:p>
    <w:p>
      <w:pPr>
        <w:pStyle w:val="ListBullet"/>
      </w:pPr>
      <w:r>
        <w:rPr>
          <w:b/>
        </w:rPr>
        <w:t xml:space="preserve">What buyers do instead of buying any tool: </w:t>
      </w:r>
      <w:r>
        <w:br/>
      </w:r>
    </w:p>
    <w:p>
      <w:pPr>
        <w:pStyle w:val="Heading1"/>
      </w:pPr>
      <w:r>
        <w:t>Positioning</w:t>
      </w:r>
    </w:p>
    <w:p>
      <w:r>
        <w:rPr>
          <w:i/>
          <w:color w:val="555F6D"/>
        </w:rPr>
        <w:t>How each competitor describes itself, in its own words.</w:t>
      </w:r>
    </w:p>
    <w:p>
      <w:pPr>
        <w:pStyle w:val="ListBullet"/>
      </w:pPr>
      <w:r>
        <w:rPr>
          <w:b/>
        </w:rPr>
        <w:t xml:space="preserve">Who they target: </w:t>
      </w:r>
      <w:r>
        <w:br/>
      </w:r>
    </w:p>
    <w:p>
      <w:pPr>
        <w:pStyle w:val="ListBullet"/>
      </w:pPr>
      <w:r>
        <w:rPr>
          <w:b/>
        </w:rPr>
        <w:t xml:space="preserve">Their main promise, quoted from their homepage: </w:t>
      </w:r>
      <w:r>
        <w:br/>
      </w:r>
    </w:p>
    <w:p>
      <w:pPr>
        <w:pStyle w:val="ListBullet"/>
      </w:pPr>
      <w:r>
        <w:rPr>
          <w:b/>
        </w:rPr>
        <w:t xml:space="preserve">The category they place themselves in: </w:t>
      </w:r>
      <w:r>
        <w:br/>
      </w:r>
    </w:p>
    <w:p>
      <w:pPr>
        <w:pStyle w:val="Heading1"/>
      </w:pPr>
      <w:r>
        <w:t>Product</w:t>
      </w:r>
    </w:p>
    <w:p>
      <w:r>
        <w:rPr>
          <w:i/>
          <w:color w:val="555F6D"/>
        </w:rPr>
        <w:t>What each one does well, what they launched recently and where they fall short.</w:t>
      </w:r>
    </w:p>
    <w:p>
      <w:pPr>
        <w:pStyle w:val="ListBullet"/>
      </w:pPr>
      <w:r>
        <w:rPr>
          <w:b/>
        </w:rPr>
        <w:t xml:space="preserve">Core capabilities: </w:t>
      </w:r>
      <w:r>
        <w:br/>
      </w:r>
    </w:p>
    <w:p>
      <w:pPr>
        <w:pStyle w:val="ListBullet"/>
      </w:pPr>
      <w:r>
        <w:rPr>
          <w:b/>
        </w:rPr>
        <w:t xml:space="preserve">Recent launches: </w:t>
      </w:r>
      <w:r>
        <w:br/>
      </w:r>
    </w:p>
    <w:p>
      <w:pPr>
        <w:pStyle w:val="ListBullet"/>
      </w:pPr>
      <w:r>
        <w:rPr>
          <w:b/>
        </w:rPr>
        <w:t xml:space="preserve">Known gaps or limits: </w:t>
      </w:r>
      <w:r>
        <w:br/>
      </w:r>
    </w:p>
    <w:p>
      <w:pPr>
        <w:pStyle w:val="Heading1"/>
      </w:pPr>
      <w:r>
        <w:t>Pricing</w:t>
      </w:r>
    </w:p>
    <w:p>
      <w:r>
        <w:rPr>
          <w:i/>
          <w:color w:val="555F6D"/>
        </w:rPr>
        <w:t>Public prices with the date you checked. If a competitor only offers quotes, say so.</w:t>
      </w:r>
    </w:p>
    <w:p>
      <w:pPr>
        <w:pStyle w:val="ListBullet"/>
      </w:pPr>
      <w:r>
        <w:rPr>
          <w:b/>
        </w:rPr>
        <w:t xml:space="preserve">Plans and prices, with date checked: </w:t>
      </w:r>
      <w:r>
        <w:br/>
      </w:r>
    </w:p>
    <w:p>
      <w:pPr>
        <w:pStyle w:val="ListBullet"/>
      </w:pPr>
      <w:r>
        <w:rPr>
          <w:b/>
        </w:rPr>
        <w:t xml:space="preserve">Pricing model: </w:t>
      </w:r>
      <w:r>
        <w:br/>
      </w:r>
    </w:p>
    <w:p>
      <w:pPr>
        <w:pStyle w:val="ListBullet"/>
      </w:pPr>
      <w:r>
        <w:rPr>
          <w:b/>
        </w:rPr>
        <w:t xml:space="preserve">Free plan or trial: </w:t>
      </w:r>
      <w:r>
        <w:br/>
      </w:r>
    </w:p>
    <w:p>
      <w:pPr>
        <w:pStyle w:val="Heading1"/>
      </w:pPr>
      <w:r>
        <w:t>Go-to-market</w:t>
      </w:r>
    </w:p>
    <w:p>
      <w:r>
        <w:rPr>
          <w:i/>
          <w:color w:val="555F6D"/>
        </w:rPr>
        <w:t>How each competitor wins customers.</w:t>
      </w:r>
    </w:p>
    <w:p>
      <w:pPr>
        <w:pStyle w:val="ListBullet"/>
      </w:pPr>
      <w:r>
        <w:rPr>
          <w:b/>
        </w:rPr>
        <w:t xml:space="preserve">How customers start: self-serve, demo or sales-led: </w:t>
      </w:r>
      <w:r>
        <w:br/>
      </w:r>
    </w:p>
    <w:p>
      <w:pPr>
        <w:pStyle w:val="ListBullet"/>
      </w:pPr>
      <w:r>
        <w:rPr>
          <w:b/>
        </w:rPr>
        <w:t xml:space="preserve">Channels they invest in: content, ads, partners: </w:t>
      </w:r>
      <w:r>
        <w:br/>
      </w:r>
    </w:p>
    <w:p>
      <w:pPr>
        <w:pStyle w:val="ListBullet"/>
      </w:pPr>
      <w:r>
        <w:rPr>
          <w:b/>
        </w:rPr>
        <w:t xml:space="preserve">Integrations they promote: </w:t>
      </w:r>
      <w:r>
        <w:br/>
      </w:r>
    </w:p>
    <w:p>
      <w:pPr>
        <w:pStyle w:val="Heading1"/>
      </w:pPr>
      <w:r>
        <w:t>Signals of direction</w:t>
      </w:r>
    </w:p>
    <w:p>
      <w:r>
        <w:rPr>
          <w:i/>
          <w:color w:val="555F6D"/>
        </w:rPr>
        <w:t>Clues about where each competitor is heading next.</w:t>
      </w:r>
    </w:p>
    <w:p>
      <w:pPr>
        <w:pStyle w:val="ListBullet"/>
      </w:pPr>
      <w:r>
        <w:rPr>
          <w:b/>
        </w:rPr>
        <w:t xml:space="preserve">Recent funding or senior hires: </w:t>
      </w:r>
      <w:r>
        <w:br/>
      </w:r>
    </w:p>
    <w:p>
      <w:pPr>
        <w:pStyle w:val="ListBullet"/>
      </w:pPr>
      <w:r>
        <w:rPr>
          <w:b/>
        </w:rPr>
        <w:t xml:space="preserve">Job posts that hint at new products: </w:t>
      </w:r>
      <w:r>
        <w:br/>
      </w:r>
    </w:p>
    <w:p>
      <w:pPr>
        <w:pStyle w:val="ListBullet"/>
      </w:pPr>
      <w:r>
        <w:rPr>
          <w:b/>
        </w:rPr>
        <w:t xml:space="preserve">Messaging changes in the last quarter: </w:t>
      </w:r>
      <w:r>
        <w:br/>
      </w:r>
    </w:p>
    <w:p>
      <w:pPr>
        <w:pStyle w:val="Heading1"/>
      </w:pPr>
      <w:r>
        <w:t>What it means for us</w:t>
      </w:r>
    </w:p>
    <w:p>
      <w:r>
        <w:rPr>
          <w:i/>
          <w:color w:val="555F6D"/>
        </w:rPr>
        <w:t>The part that makes the analysis worth doing. Keep it to a few sentences each.</w:t>
      </w:r>
    </w:p>
    <w:p>
      <w:pPr>
        <w:pStyle w:val="ListBullet"/>
      </w:pPr>
      <w:r>
        <w:rPr>
          <w:b/>
        </w:rPr>
        <w:t xml:space="preserve">Where we are clearly stronger: </w:t>
      </w:r>
      <w:r>
        <w:br/>
      </w:r>
    </w:p>
    <w:p>
      <w:pPr>
        <w:pStyle w:val="ListBullet"/>
      </w:pPr>
      <w:r>
        <w:rPr>
          <w:b/>
        </w:rPr>
        <w:t xml:space="preserve">Where we are behind, and whether our buyers care: </w:t>
      </w:r>
      <w:r>
        <w:br/>
      </w:r>
    </w:p>
    <w:p>
      <w:pPr>
        <w:pStyle w:val="ListBullet"/>
      </w:pPr>
      <w:r>
        <w:rPr>
          <w:b/>
        </w:rPr>
        <w:t xml:space="preserve">The one decision this analysis changes: </w:t>
      </w:r>
      <w:r>
        <w:br/>
      </w:r>
    </w:p>
    <w:p>
      <w:r>
        <w:rPr>
          <w:color w:val="555F6D"/>
          <w:sz w:val="18"/>
        </w:rPr>
        <w:t>Template from SpyGlow: https://www.spyglow.com/templates/competitive-analysis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Competitive analysis template</dc:title>
  <dc:subject/>
  <dc:creator>SpyGlow</dc:creator>
  <cp:keywords/>
  <dc:description>generated by python-docx</dc:description>
  <cp:lastModifiedBy>SpyGlow</cp:lastModifiedBy>
  <cp:revision>1</cp:revision>
  <dcterms:created xsi:type="dcterms:W3CDTF">2026-10-20T00:00:00Z</dcterms:created>
  <dcterms:modified xsi:type="dcterms:W3CDTF">2026-10-20T00:00:00Z</dcterms:modified>
  <cp:category/>
</cp:coreProperties>
</file>