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Competitive intelligence newsletter template</w:t>
      </w:r>
    </w:p>
    <w:p>
      <w:r>
        <w:t>A weekly email is the simplest way to keep everyone on the same page about competitors. This template keeps it simple: a short summary, the moves that matter with evidence, and up to three recommended actions.</w:t>
      </w:r>
    </w:p>
    <w:p>
      <w:pPr>
        <w:pStyle w:val="Heading1"/>
      </w:pPr>
      <w:r>
        <w:t>Subject line</w:t>
      </w:r>
    </w:p>
    <w:p>
      <w:r>
        <w:rPr>
          <w:i/>
          <w:color w:val="555F6D"/>
        </w:rPr>
        <w:t>Lead with the biggest change so people know why to open it.</w:t>
      </w:r>
    </w:p>
    <w:p>
      <w:pPr>
        <w:pStyle w:val="ListBullet"/>
      </w:pPr>
      <w:r>
        <w:rPr>
          <w:b/>
        </w:rPr>
        <w:t xml:space="preserve">Competitor brief, week of [date]: [the biggest change in a few words]: </w:t>
      </w:r>
      <w:r>
        <w:br/>
      </w:r>
    </w:p>
    <w:p>
      <w:pPr>
        <w:pStyle w:val="Heading1"/>
      </w:pPr>
      <w:r>
        <w:t>This week in one paragraph</w:t>
      </w:r>
    </w:p>
    <w:p>
      <w:r>
        <w:rPr>
          <w:i/>
          <w:color w:val="555F6D"/>
        </w:rPr>
        <w:t>What changed and what it means, in three or four sentences.</w:t>
      </w:r>
    </w:p>
    <w:p>
      <w:pPr>
        <w:pStyle w:val="ListBullet"/>
      </w:pPr>
      <w:r>
        <w:rPr>
          <w:b/>
        </w:rPr>
        <w:t xml:space="preserve">The most important change: </w:t>
      </w:r>
      <w:r>
        <w:br/>
      </w:r>
    </w:p>
    <w:p>
      <w:pPr>
        <w:pStyle w:val="ListBullet"/>
      </w:pPr>
      <w:r>
        <w:rPr>
          <w:b/>
        </w:rPr>
        <w:t xml:space="preserve">What it means for us: </w:t>
      </w:r>
      <w:r>
        <w:br/>
      </w:r>
    </w:p>
    <w:p>
      <w:pPr>
        <w:pStyle w:val="Heading1"/>
      </w:pPr>
      <w:r>
        <w:t>Moves that matter</w:t>
      </w:r>
    </w:p>
    <w:p>
      <w:r>
        <w:rPr>
          <w:i/>
          <w:color w:val="555F6D"/>
        </w:rPr>
        <w:t>Two to five changes, each with a link to the page or article it came from.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Competitor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changed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Why it matters to us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Link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Worth knowing</w:t>
      </w:r>
    </w:p>
    <w:p>
      <w:r>
        <w:rPr>
          <w:i/>
          <w:color w:val="555F6D"/>
        </w:rPr>
        <w:t>Smaller changes in one line each. Leave this out in a quiet week.</w:t>
      </w:r>
    </w:p>
    <w:p>
      <w:pPr>
        <w:pStyle w:val="ListBullet"/>
      </w:pPr>
      <w:r>
        <w:rPr>
          <w:b/>
        </w:rPr>
        <w:t xml:space="preserve">Competitor: one-line change: </w:t>
      </w:r>
      <w:r>
        <w:br/>
      </w:r>
    </w:p>
    <w:p>
      <w:pPr>
        <w:pStyle w:val="Heading1"/>
      </w:pPr>
      <w:r>
        <w:t>Recommended actions</w:t>
      </w:r>
    </w:p>
    <w:p>
      <w:r>
        <w:rPr>
          <w:i/>
          <w:color w:val="555F6D"/>
        </w:rPr>
        <w:t>Up to three, each with a person's name next to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1"/>
      </w:pPr>
      <w:r>
        <w:t>In a quiet week</w:t>
      </w:r>
    </w:p>
    <w:p>
      <w:r>
        <w:rPr>
          <w:i/>
          <w:color w:val="555F6D"/>
        </w:rPr>
        <w:t>Send a short note anyway. "Nothing important changed this week" tells readers the newsletter is still working.</w:t>
      </w:r>
    </w:p>
    <w:p>
      <w:pPr>
        <w:pStyle w:val="ListBullet"/>
      </w:pPr>
      <w:r>
        <w:rPr>
          <w:b/>
        </w:rPr>
        <w:t xml:space="preserve">Competitors and pages checked: </w:t>
      </w:r>
      <w:r>
        <w:br/>
      </w:r>
    </w:p>
    <w:p>
      <w:pPr>
        <w:pStyle w:val="ListBullet"/>
      </w:pPr>
      <w:r>
        <w:rPr>
          <w:b/>
        </w:rPr>
        <w:t xml:space="preserve">Nothing important changed: </w:t>
      </w:r>
      <w:r>
        <w:br/>
      </w:r>
    </w:p>
    <w:p>
      <w:pPr>
        <w:pStyle w:val="Heading1"/>
      </w:pPr>
      <w:r>
        <w:t>Footer</w:t>
      </w:r>
    </w:p>
    <w:p>
      <w:r>
        <w:rPr>
          <w:i/>
          <w:color w:val="555F6D"/>
        </w:rPr>
        <w:t>How the newsletter is put together and how to reply with a tip.</w:t>
      </w:r>
    </w:p>
    <w:p>
      <w:pPr>
        <w:pStyle w:val="ListBullet"/>
      </w:pPr>
      <w:r>
        <w:rPr>
          <w:b/>
        </w:rPr>
        <w:t xml:space="preserve">Who writes it: </w:t>
      </w:r>
      <w:r>
        <w:br/>
      </w:r>
    </w:p>
    <w:p>
      <w:pPr>
        <w:pStyle w:val="ListBullet"/>
      </w:pPr>
      <w:r>
        <w:rPr>
          <w:b/>
        </w:rPr>
        <w:t xml:space="preserve">How to send a tip: </w:t>
      </w:r>
      <w:r>
        <w:br/>
      </w:r>
    </w:p>
    <w:p>
      <w:pPr>
        <w:pStyle w:val="ListBullet"/>
      </w:pPr>
      <w:r>
        <w:rPr>
          <w:b/>
        </w:rPr>
        <w:t xml:space="preserve">Sources: </w:t>
      </w:r>
      <w:r>
        <w:br/>
      </w:r>
    </w:p>
    <w:p>
      <w:r>
        <w:rPr>
          <w:color w:val="555F6D"/>
          <w:sz w:val="18"/>
        </w:rPr>
        <w:t>Template from SpyGlow: https://www.spyglow.com/templates/competitive-intelligence-newsletter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Competitive intelligence newsletter template</dc:title>
  <dc:subject/>
  <dc:creator>SpyGlow</dc:creator>
  <cp:keywords/>
  <dc:description>generated by python-docx</dc:description>
  <cp:lastModifiedBy>SpyGlow</cp:lastModifiedBy>
  <cp:revision>1</cp:revision>
  <dcterms:created xsi:type="dcterms:W3CDTF">2026-10-20T00:00:00Z</dcterms:created>
  <dcterms:modified xsi:type="dcterms:W3CDTF">2026-10-20T00:00:00Z</dcterms:modified>
  <cp:category/>
</cp:coreProperties>
</file>