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Competitive intelligence report template</w:t>
      </w:r>
    </w:p>
    <w:p>
      <w:r>
        <w:t>A report that lists everything competitors did gets skimmed and forgotten. This template keeps a monthly or quarterly report short: the few changes that matter, what they mean for your plans, and who will do what about them.</w:t>
      </w:r>
    </w:p>
    <w:p>
      <w:pPr>
        <w:pStyle w:val="Heading1"/>
      </w:pPr>
      <w:r>
        <w:t>Summary</w:t>
      </w:r>
    </w:p>
    <w:p>
      <w:r>
        <w:rPr>
          <w:i/>
          <w:color w:val="555F6D"/>
        </w:rPr>
        <w:t>Three to five sentences a busy founder can read in a minute.</w:t>
      </w:r>
    </w:p>
    <w:p>
      <w:pPr>
        <w:pStyle w:val="ListBullet"/>
      </w:pPr>
      <w:r>
        <w:rPr>
          <w:b/>
        </w:rPr>
        <w:t xml:space="preserve">The most important change this period: </w:t>
      </w:r>
      <w:r>
        <w:br/>
      </w:r>
    </w:p>
    <w:p>
      <w:pPr>
        <w:pStyle w:val="ListBullet"/>
      </w:pPr>
      <w:r>
        <w:rPr>
          <w:b/>
        </w:rPr>
        <w:t xml:space="preserve">What we recommend: </w:t>
      </w:r>
      <w:r>
        <w:br/>
      </w:r>
    </w:p>
    <w:p>
      <w:pPr>
        <w:pStyle w:val="ListBullet"/>
      </w:pPr>
      <w:r>
        <w:rPr>
          <w:b/>
        </w:rPr>
        <w:t xml:space="preserve">Decisions we need: </w:t>
      </w:r>
      <w:r>
        <w:br/>
      </w:r>
    </w:p>
    <w:p>
      <w:pPr>
        <w:pStyle w:val="Heading1"/>
      </w:pPr>
      <w:r>
        <w:t>Key competitor moves</w:t>
      </w:r>
    </w:p>
    <w:p>
      <w:r>
        <w:rPr>
          <w:i/>
          <w:color w:val="555F6D"/>
        </w:rPr>
        <w:t>Only the changes that affect your plans. Link each one to the page or article it came from.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Competitor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changed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Why it matters to us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Pricing and packaging</w:t>
      </w:r>
    </w:p>
    <w:p>
      <w:r>
        <w:rPr>
          <w:i/>
          <w:color w:val="555F6D"/>
        </w:rPr>
        <w:t>Price changes, new plans or limits, and anything that changes how buyers compare you.</w:t>
      </w:r>
    </w:p>
    <w:p>
      <w:pPr>
        <w:pStyle w:val="ListBullet"/>
      </w:pPr>
      <w:r>
        <w:rPr>
          <w:b/>
        </w:rPr>
        <w:t xml:space="preserve">What changed: </w:t>
      </w:r>
      <w:r>
        <w:br/>
      </w:r>
    </w:p>
    <w:p>
      <w:pPr>
        <w:pStyle w:val="ListBullet"/>
      </w:pPr>
      <w:r>
        <w:rPr>
          <w:b/>
        </w:rPr>
        <w:t xml:space="preserve">How it compares with our pricing: </w:t>
      </w:r>
      <w:r>
        <w:br/>
      </w:r>
    </w:p>
    <w:p>
      <w:pPr>
        <w:pStyle w:val="Heading1"/>
      </w:pPr>
      <w:r>
        <w:t>Product and launches</w:t>
      </w:r>
    </w:p>
    <w:p>
      <w:r>
        <w:rPr>
          <w:i/>
          <w:color w:val="555F6D"/>
        </w:rPr>
        <w:t>New features or products, and whether they close a gap you relied on.</w:t>
      </w:r>
    </w:p>
    <w:p>
      <w:pPr>
        <w:pStyle w:val="ListBullet"/>
      </w:pPr>
      <w:r>
        <w:rPr>
          <w:b/>
        </w:rPr>
        <w:t xml:space="preserve">What launched: </w:t>
      </w:r>
      <w:r>
        <w:br/>
      </w:r>
    </w:p>
    <w:p>
      <w:pPr>
        <w:pStyle w:val="ListBullet"/>
      </w:pPr>
      <w:r>
        <w:rPr>
          <w:b/>
        </w:rPr>
        <w:t xml:space="preserve">Does it affect a deal we are in? </w:t>
      </w:r>
      <w:r>
        <w:br/>
      </w:r>
    </w:p>
    <w:p>
      <w:pPr>
        <w:pStyle w:val="Heading1"/>
      </w:pPr>
      <w:r>
        <w:t>Messaging and positioning</w:t>
      </w:r>
    </w:p>
    <w:p>
      <w:r>
        <w:rPr>
          <w:i/>
          <w:color w:val="555F6D"/>
        </w:rPr>
        <w:t>Changes to headlines, target customers or claims on their main pages.</w:t>
      </w:r>
    </w:p>
    <w:p>
      <w:pPr>
        <w:pStyle w:val="ListBullet"/>
      </w:pPr>
      <w:r>
        <w:rPr>
          <w:b/>
        </w:rPr>
        <w:t xml:space="preserve">Old message and new message: </w:t>
      </w:r>
      <w:r>
        <w:br/>
      </w:r>
    </w:p>
    <w:p>
      <w:pPr>
        <w:pStyle w:val="ListBullet"/>
      </w:pPr>
      <w:r>
        <w:rPr>
          <w:b/>
        </w:rPr>
        <w:t xml:space="preserve">Who they now seem to target: </w:t>
      </w:r>
      <w:r>
        <w:br/>
      </w:r>
    </w:p>
    <w:p>
      <w:pPr>
        <w:pStyle w:val="Heading1"/>
      </w:pPr>
      <w:r>
        <w:t>Market signals</w:t>
      </w:r>
    </w:p>
    <w:p>
      <w:r>
        <w:rPr>
          <w:i/>
          <w:color w:val="555F6D"/>
        </w:rPr>
        <w:t>Funding, senior hires, partnerships and press that hint at what comes next.</w:t>
      </w:r>
    </w:p>
    <w:p>
      <w:pPr>
        <w:pStyle w:val="ListBullet"/>
      </w:pPr>
      <w:r>
        <w:rPr>
          <w:b/>
        </w:rPr>
        <w:t xml:space="preserve">Signal: </w:t>
      </w:r>
      <w:r>
        <w:br/>
      </w:r>
    </w:p>
    <w:p>
      <w:pPr>
        <w:pStyle w:val="ListBullet"/>
      </w:pPr>
      <w:r>
        <w:rPr>
          <w:b/>
        </w:rPr>
        <w:t xml:space="preserve">What it could mean: </w:t>
      </w:r>
      <w:r>
        <w:br/>
      </w:r>
    </w:p>
    <w:p>
      <w:pPr>
        <w:pStyle w:val="Heading1"/>
      </w:pPr>
      <w:r>
        <w:t>Impact on our plans</w:t>
      </w:r>
    </w:p>
    <w:p>
      <w:r>
        <w:rPr>
          <w:i/>
          <w:color w:val="555F6D"/>
        </w:rPr>
        <w:t>Connect the moves to your roadmap, pricing, sales and content.</w:t>
      </w:r>
    </w:p>
    <w:p>
      <w:pPr>
        <w:pStyle w:val="ListBullet"/>
      </w:pPr>
      <w:r>
        <w:rPr>
          <w:b/>
        </w:rPr>
        <w:t xml:space="preserve">Roadmap: </w:t>
      </w:r>
      <w:r>
        <w:br/>
      </w:r>
    </w:p>
    <w:p>
      <w:pPr>
        <w:pStyle w:val="ListBullet"/>
      </w:pPr>
      <w:r>
        <w:rPr>
          <w:b/>
        </w:rPr>
        <w:t xml:space="preserve">Pricing: </w:t>
      </w:r>
      <w:r>
        <w:br/>
      </w:r>
    </w:p>
    <w:p>
      <w:pPr>
        <w:pStyle w:val="ListBullet"/>
      </w:pPr>
      <w:r>
        <w:rPr>
          <w:b/>
        </w:rPr>
        <w:t xml:space="preserve">Sales: </w:t>
      </w:r>
      <w:r>
        <w:br/>
      </w:r>
    </w:p>
    <w:p>
      <w:pPr>
        <w:pStyle w:val="ListBullet"/>
      </w:pPr>
      <w:r>
        <w:rPr>
          <w:b/>
        </w:rPr>
        <w:t xml:space="preserve">Content: </w:t>
      </w:r>
      <w:r>
        <w:br/>
      </w:r>
    </w:p>
    <w:p>
      <w:pPr>
        <w:pStyle w:val="Heading1"/>
      </w:pPr>
      <w:r>
        <w:t>Actions</w:t>
      </w:r>
    </w:p>
    <w:p>
      <w:r>
        <w:rPr>
          <w:i/>
          <w:color w:val="555F6D"/>
        </w:rPr>
        <w:t>Each action has one owner and a date. Review last period's actions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Sources and method</w:t>
      </w:r>
    </w:p>
    <w:p>
      <w:r>
        <w:rPr>
          <w:i/>
          <w:color w:val="555F6D"/>
        </w:rPr>
        <w:t>Which competitors and pages you followed, and the period the report covers.</w:t>
      </w:r>
    </w:p>
    <w:p>
      <w:pPr>
        <w:pStyle w:val="ListBullet"/>
      </w:pPr>
      <w:r>
        <w:rPr>
          <w:b/>
        </w:rPr>
        <w:t xml:space="preserve">Period covered: </w:t>
      </w:r>
      <w:r>
        <w:br/>
      </w:r>
    </w:p>
    <w:p>
      <w:pPr>
        <w:pStyle w:val="ListBullet"/>
      </w:pPr>
      <w:r>
        <w:rPr>
          <w:b/>
        </w:rPr>
        <w:t xml:space="preserve">Competitors and pages followed: </w:t>
      </w:r>
      <w:r>
        <w:br/>
      </w:r>
    </w:p>
    <w:p>
      <w:pPr>
        <w:pStyle w:val="ListBullet"/>
      </w:pPr>
      <w:r>
        <w:rPr>
          <w:b/>
        </w:rPr>
        <w:t xml:space="preserve">Sources: </w:t>
      </w:r>
      <w:r>
        <w:br/>
      </w:r>
    </w:p>
    <w:p>
      <w:r>
        <w:rPr>
          <w:color w:val="555F6D"/>
          <w:sz w:val="18"/>
        </w:rPr>
        <w:t>Template from SpyGlow: https://www.spyglow.com/templates/competitive-intelligence-report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Competitive intelligence report template</dc:title>
  <dc:subject/>
  <dc:creator>SpyGlow</dc:creator>
  <cp:keywords/>
  <dc:description>generated by python-docx</dc:description>
  <cp:lastModifiedBy>SpyGlow</cp:lastModifiedBy>
  <cp:revision>1</cp:revision>
  <dcterms:created xsi:type="dcterms:W3CDTF">2026-10-20T00:00:00Z</dcterms:created>
  <dcterms:modified xsi:type="dcterms:W3CDTF">2026-10-20T00:00:00Z</dcterms:modified>
  <cp:category/>
</cp:coreProperties>
</file>